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5943600" cy="8915400"/>
            <wp:docPr id="1" name="Picture 1"/>
            <wp:cNvGraphicFramePr>
              <a:graphicFrameLocks noChangeAspect="1"/>
            </wp:cNvGraphicFramePr>
            <a:graphic>
              <a:graphicData uri="http://schemas.openxmlformats.org/drawingml/2006/picture">
                <pic:pic>
                  <pic:nvPicPr>
                    <pic:cNvPr id="0" name="a_promotional_digital_graphic_design_announces_the.png"/>
                    <pic:cNvPicPr/>
                  </pic:nvPicPr>
                  <pic:blipFill>
                    <a:blip r:embed="rId9"/>
                    <a:stretch>
                      <a:fillRect/>
                    </a:stretch>
                  </pic:blipFill>
                  <pic:spPr>
                    <a:xfrm>
                      <a:off x="0" y="0"/>
                      <a:ext cx="5943600" cy="8915400"/>
                    </a:xfrm>
                    <a:prstGeom prst="rect"/>
                  </pic:spPr>
                </pic:pic>
              </a:graphicData>
            </a:graphic>
          </wp:inline>
        </w:drawing>
      </w:r>
    </w:p>
    <w:p>
      <w:r>
        <w:br w:type="page"/>
      </w:r>
    </w:p>
    <w:p>
      <w:r>
        <w:rPr>
          <w:b/>
          <w:sz w:val="32"/>
        </w:rPr>
        <w:t>ARROW YOUTH LEADERSHIP COUNCIL INTERNATIONAL</w:t>
      </w:r>
    </w:p>
    <w:p>
      <w:r>
        <w:rPr>
          <w:b/>
          <w:sz w:val="28"/>
        </w:rPr>
        <w:t>STUDENT NOMINATION PACKET – VERSION 2</w:t>
      </w:r>
    </w:p>
    <w:p>
      <w:pPr>
        <w:spacing w:after="160"/>
      </w:pPr>
      <w:r>
        <w:t>Targeting Our Potential and Changing Our World</w:t>
      </w:r>
    </w:p>
    <w:p>
      <w:pPr>
        <w:spacing w:after="160"/>
      </w:pPr>
      <w:r>
        <w:t>Nomination Deadline: April 30, 2026</w:t>
      </w:r>
    </w:p>
    <w:p>
      <w:r>
        <w:rPr>
          <w:b/>
          <w:sz w:val="28"/>
        </w:rPr>
        <w:t>OFFICIAL NOMINATION LETTER</w:t>
      </w:r>
    </w:p>
    <w:p>
      <w:pPr>
        <w:spacing w:after="160"/>
      </w:pPr>
      <w:r>
        <w:t>Dear Educators, Community Leaders, and Parents,</w:t>
        <w:br/>
        <w:br/>
        <w:t>It is our honor and privilege to invite you to nominate outstanding young leaders to serve as members of the Arrow Youth Leadership Council International, the flagship program of Eagles Economic Community Development Corporation (EECDC).</w:t>
        <w:br/>
        <w:br/>
        <w:t>For more than a decade, the Arrow Youth Leadership Council has been committed to identifying, developing, and elevating the next generation of leaders. Our scholars are equipped not only with leadership skills, but with the mindset, discipline, and vision necessary to lead transformation in their communities and beyond.</w:t>
        <w:br/>
        <w:br/>
        <w:t>Through a comprehensive leadership model rooted in youth wellness, social responsibility, financial literacy, civic engagement, and real-world application, participants are empowered to discover who they are, design solutions, and demonstrate impact.</w:t>
        <w:br/>
        <w:br/>
        <w:t>Students selected will participate in the Summer Leadership Institute during the Play4PeaceATL World Youth Peace Summer Camp, Summit, and Soccer Olympics (June 1–19, 2026).</w:t>
        <w:br/>
        <w:br/>
        <w:t>Nomination Deadline: April 30, 2026</w:t>
        <w:br/>
        <w:br/>
        <w:t>For more information:</w:t>
        <w:br/>
        <w:t>info@eagleseconomiccdc.org</w:t>
        <w:br/>
        <w:t>770-312-1586</w:t>
        <w:br/>
        <w:br/>
        <w:t>Sincerely,</w:t>
        <w:br/>
        <w:t>Dr. Maya Taylor</w:t>
        <w:br/>
        <w:t>Founder &amp; Executive Director</w:t>
        <w:br/>
        <w:t>Eagles Economic Community Development Corporation (EECDC)</w:t>
        <w:br/>
      </w:r>
    </w:p>
    <w:p>
      <w:r>
        <w:rPr>
          <w:b/>
          <w:sz w:val="28"/>
        </w:rPr>
        <w:t>PROGRAM OVERVIEW</w:t>
      </w:r>
    </w:p>
    <w:p>
      <w:pPr>
        <w:spacing w:after="160"/>
      </w:pPr>
      <w:r>
        <w:t>The Arrow Youth Leadership Council International is a structured leadership ecosystem designed to cultivate youth as Thought Leaders, Change Leaders, Focused Leaders, and Servant Leaders. Students engage in real-world application, leadership labs, and community-based initiatives that prepare them for long-term success.</w:t>
      </w:r>
    </w:p>
    <w:p>
      <w:r>
        <w:rPr>
          <w:b/>
          <w:sz w:val="28"/>
        </w:rPr>
        <w:t>YOUTH COUNCIL MEMBERSHIP FAQ</w:t>
      </w:r>
    </w:p>
    <w:p>
      <w:pPr>
        <w:spacing w:after="160"/>
      </w:pPr>
      <w:r>
        <w:t>Students in grades 6–12 are eligible.</w:t>
        <w:br/>
        <w:t>Minimum GPA of 2.0 required.</w:t>
        <w:br/>
        <w:t>Must attend Summer Leadership Institute (June 1–19).</w:t>
        <w:br/>
        <w:t>Monthly Leadership Summits held on the third Saturday.</w:t>
        <w:br/>
        <w:t>Participation includes youth wellness, financial literacy, civic engagement, and service learning.</w:t>
      </w:r>
    </w:p>
    <w:p>
      <w:r>
        <w:rPr>
          <w:b/>
          <w:sz w:val="28"/>
        </w:rPr>
        <w:t>ARROW LEADERSHIP MODEL</w:t>
      </w:r>
    </w:p>
    <w:p>
      <w:pPr>
        <w:spacing w:after="160"/>
      </w:pPr>
      <w:r>
        <w:t>Thought Leaders – Challenge perspectives and bring innovative insight.</w:t>
        <w:br/>
        <w:t>Change Leaders – Advocate for transformation.</w:t>
        <w:br/>
        <w:t>Focused Leaders – Goal-oriented problem solvers.</w:t>
        <w:br/>
        <w:t>Servant Leaders – Lead with compassion, integrity, and purpose.</w:t>
      </w:r>
    </w:p>
    <w:p>
      <w:r>
        <w:rPr>
          <w:b/>
          <w:sz w:val="28"/>
        </w:rPr>
        <w:t>ARROW LEADERSHIP PIPELINE</w:t>
      </w:r>
    </w:p>
    <w:p>
      <w:pPr>
        <w:spacing w:after="160"/>
      </w:pPr>
      <w:r>
        <w:t>1. Nomination</w:t>
        <w:br/>
        <w:t>2. Summer Leadership Institute</w:t>
        <w:br/>
        <w:t>3. Youth Council Membership</w:t>
        <w:br/>
        <w:t>4. Yearly Initiatives</w:t>
        <w:br/>
        <w:t>5. Community Impact</w:t>
      </w:r>
    </w:p>
    <w:p>
      <w:r>
        <w:rPr>
          <w:b/>
          <w:sz w:val="28"/>
        </w:rPr>
        <w:t>STUDENT NOMINATION FORM</w:t>
      </w:r>
    </w:p>
    <w:p>
      <w:pPr>
        <w:spacing w:after="160"/>
      </w:pPr>
      <w:r>
        <w:t>Student Name:</w:t>
        <w:br/>
        <w:t>School:</w:t>
        <w:br/>
        <w:t>Grade:</w:t>
        <w:br/>
        <w:br/>
        <w:t>Student Email:</w:t>
        <w:br/>
        <w:t>Student Phone:</w:t>
        <w:br/>
        <w:br/>
        <w:t>Parent/Guardian Name:</w:t>
        <w:br/>
        <w:t>Parent Email:</w:t>
        <w:br/>
        <w:t>Parent Phone:</w:t>
        <w:br/>
        <w:br/>
        <w:t>Nominator Name:</w:t>
        <w:br/>
        <w:t>School / Organization:</w:t>
        <w:br/>
        <w:br/>
        <w:t>Why are you nominating this student?</w:t>
        <w:br/>
      </w:r>
    </w:p>
    <w:p>
      <w:r>
        <w:rPr>
          <w:b/>
          <w:sz w:val="28"/>
        </w:rPr>
        <w:t>STUDENT APPLICATION</w:t>
      </w:r>
    </w:p>
    <w:p>
      <w:pPr>
        <w:spacing w:after="160"/>
      </w:pPr>
      <w:r>
        <w:t>Why do you want to become a member?</w:t>
        <w:br/>
        <w:br/>
        <w:t>What does leadership mean to you?</w:t>
        <w:br/>
        <w:br/>
        <w:t>How do you plan to make an impact?</w:t>
        <w:br/>
      </w:r>
    </w:p>
    <w:p>
      <w:r>
        <w:rPr>
          <w:b/>
          <w:sz w:val="28"/>
        </w:rPr>
        <w:t>PARENT PERMISSION FORM</w:t>
      </w:r>
    </w:p>
    <w:p>
      <w:pPr>
        <w:spacing w:after="160"/>
      </w:pPr>
      <w:r>
        <w:t>Parent/Guardian Name:</w:t>
        <w:br/>
        <w:t>Student Name:</w:t>
        <w:br/>
        <w:br/>
        <w:t>Parent Signature:</w:t>
        <w:br/>
        <w:t>Date:</w:t>
        <w:br/>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